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הציטוט המדויק מתוך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ציון מראה מקום לפי סוג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רכיב חזותי מקורי שמבוסס על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כללי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במילה, בדיוק כפי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במירכאות כפולות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מילים ספורות עד שורה או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בית ושורה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מערכה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להסביר מה הוא מראה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חייב להיות מדויק מילה במילה, כולל פיסוק וכתיב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הזהב קובע שגם בפרפרזה מציינים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מומלץ לספר במילים שלנו ולציין מקום, במקום לצטט תרגום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בכללי הזהב בסוף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ציטוט לא מדבר בעד עצמו - תמיד צריך משפט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יצירה לאופן הציון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(לפי בית ושורה)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(לפי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(לפי מערכה ותמונה)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(במילים שלנו עם ציון 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(מסומן בשלוש נקודות בסוגריים)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מדויק עד שורה-שתיים, במירכאות, מראה מקום מתאים לסוג היצירה, ומשפט המסביר מה הציטוט מראה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ברור של הרכיב, קשר ליצירה, וכיתוב קצר בנוסח המבוקש בדוגמאות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מדויק במירכאות עם מראה מקום; הסבר אחרי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מחזה - מערכה ותמונה, שיר - בית ושורה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ציטוט לא מדבר בעד עצמו, צריך לקשר אותו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מהטבלה בדף ולנתח יחד מה הופך אותה לציטוט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בזוגות: אחד בוחר ציטוט והשני בודק דיוק ומראה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לבחור יצירה שהם מכירים היטב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הספרותי כל ציטוט הוא עדות מהיצירה, ולכן הוא חייב להיות מדויק, קצר ומסומן במראה מקום. בדף הזה נתרגל את כללי הציטוט ואת בניית הרכיב החזותי.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כללי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מצטטים מתוך 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במילה, בדיוק כפי שכתוב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במילים שלנו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הרעיון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מילים לפי הצורך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מסמנים ציטוט בתוך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בסוגריים עגולים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במירכאות כפולות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האורך המומלץ לציטוט?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ספורות עד שורה או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מציינים מראה מקום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עמוד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בית ושורה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מערכה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לציין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מציינים מראה מקום במחזה?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ושורה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חובה לעשות אחרי כל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עוד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מה הוא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מעט מילים בציטוט כדי שיתאים למשפט שלנו.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כשכותבים פרפרזה במילים שלנו, צריך לציין מאיפה הרעיון לקוח.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ביצירה מתורגמת מומלץ לצטט קטעים ארוכים מתוך התרגום.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העיתון צריך להוסיף רשימה קצרה של היצירות והמחברים שעליהם נשענו.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להביא ציטוט ולהשאיר אותו בלי שום הסבר, כי הוא מדבר בעד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ציטוט חייב להיות בתוך __________ כפולות.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כשמשמיטים מילים מתוך ציטוט מסמנים זאת ב__________ בתוך סוגריים.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מציינים מראה מקום לפי בית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במחזה מציינים מראה מקום לפי מערכה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ברכיב החזותי אסור להעתיק תמונות של __________ - יוצרים בעצמנו.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יצירה לאופן הציון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לפי עמוד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או רומן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לפי בית ושורה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במילים שלנו עם ציון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מסומן בשלוש נקודות בסוגריים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ציטוט מקוצר עם השמטה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לפי מערכה ותמונה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מיצירה שלמדתם וכתבו אותו כציטוט נכון: מילה במילה, במירכאות, עם מראה מקום ומשפט הסבר אחריו.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רכיב חזותי אחד (למשל אינפוגרפיקה, ציר זמן או כרטיס דמות) ליצירה שלמדתם: מה יוצג בו ואיזה כיתוב יתלווה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כללי זהב חשובים בציטוט מיצירה?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מציינים מראה מקום במחזה לעומת 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להוסיף משפט הסבר אחרי כל ציטוט?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מקורות, ציטוטים ורכיב חזותי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