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מקורות, ציטוטים ורכיב חזותי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כללי הציטוט המדויק מתוך יצירה ספרותית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ציון מראה מקום לפי סוג היצירה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רכיב חזותי מקורי שמבוסס על היצירה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הבנה: כללי הציטוט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מילה במילה, בדיוק כפי שכתוב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במירכאות כפולות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מילים ספורות עד שורה או שתיים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לפי בית ושורה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מערכה ותמונה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להסביר מה הוא מראה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ציטוט חייב להיות מדויק מילה במילה, כולל פיסוק וכתיב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כלל הזהב קובע שגם בפרפרזה מציינים מקור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מומלץ לספר במילים שלנו ולציין מקום, במקום לצטט תרגום ארוך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בכללי הזהב בסוף הרשימה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ציטוט לא מדבר בעד עצמו - תמיד צריך משפט הסבר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מירכאות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 נקודות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סוג יצירה לאופן הציון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(לפי בית ושורה)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(לפי עמוד)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(לפי מערכה ותמונה)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(במילים שלנו עם ציון מקור)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(מסומן בשלוש נקודות בסוגריים)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ותכנון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ציטוט מדויק עד שורה-שתיים, במירכאות, מראה מקום מתאים לסוג היצירה, ומשפט המסביר מה הציטוט מראה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ברור של הרכיב, קשר ליצירה, וכיתוב קצר בנוסח המבוקש בדוגמאות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ציטוט מדויק במירכאות עם מראה מקום; הסבר אחרי הציטוט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מחזה - מערכה ותמונה, שיר - בית ושורה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ציטוט לא מדבר בעד עצמו, צריך לקשר אותו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דוגמה מהטבלה בדף ולנתח יחד מה הופך אותה לציטוט תקין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בזוגות: אחד בוחר ציטוט והשני בודק דיוק ומראה מקום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לאפשר לתלמידים לבחור יצירה שהם מכירים היטב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מקורות, ציטוטים ורכיב חזותי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כשמעתיקים משפט מתוך סיפור או שיר צריך להעתיק מילה במילה ולכתוב מאיפה הוא לקוח. בדף הזה נתרגל איך עושים את זה נכון.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ציטוט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או מילים מועתקות בדיוק מהיצירה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פרפרזה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הרעיון במילים שלנו, עם ציון מקור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מראה מקום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מידע על המקום ביצירה: שורה, עמוד, מערכה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השמטה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שהורדנו מתוך ציטוט, מסומנות בשלוש נקודות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רכיב חזותי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ציור, תצלום, תרשים או טבלה שיוצרים בעצמנו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אינפוגרפיקה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גרפיקה שמציגה מידע מהיצירה בצורה ויזואלית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דמות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תעודת זהות מעוצבת לדמות מהיצירה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ציר זמן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סידור אירועי היצירה על קו אחד לפי סדר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הבנה: כללי הציטוט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מעתיקים משפט מהסיפור?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מילה במילה, בדיוק כפי שכתוב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במילים שלנו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את הרעיון הכללי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משנים מילים לפי הצורך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באילו סימנים שמים ציטוט?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בסוגריים עגולים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במירכאות כפולות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בקו תחתון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באותיות גדולות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ארוך צריך להיות ציטוט?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פסקה שלמה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עמוד שלם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מילים ספורות עד שורה או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מסמנים מאיפה בשיר לקוח הציטוט?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לפי עמוד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לפי בית ושורה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לפי מערכה ותמונה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בלי לציין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מסמנים מאיפה במחזה לקוח הציטוט?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 ושורה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מערכה ותמונה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כותבים אחרי שמביאים ציטוט?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להוסיף עוד ציטוט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להסביר מה הוא מראה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לתרגם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למחוק אותו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לשנות מעט מילים בציטוט כדי שיתאים למשפט שלנו.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גם כשכותבים פרפרזה במילים שלנו, צריך לציין מאיפה הרעיון לקוח.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ביצירה מתורגמת מומלץ לצטט קטעים ארוכים מתוך התרגום.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העיתון צריך להוסיף רשימה קצרה של היצירות והמחברים שעליהם נשענו.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להביא ציטוט ולהשאיר אותו בלי שום הסבר, כי הוא מדבר בעד עצמו.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כל ציטוט חייב להיות בתוך __________ כפולות.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כשמשמיטים מילים מתוך ציטוט מסמנים זאת ב__________ בתוך סוגריים.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בשיר מציינים מראה מקום לפי בית ו__________.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במחזה מציינים מראה מקום לפי מערכה ו__________.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ברכיב החזותי אסור להעתיק תמונות של __________ - יוצרים בעצמנו.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סוג יצירה לאופן הציון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במילים שלנו עם ציון מקור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סיפור או רומן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לפי בית ושורה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מחזה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מסומן בשלוש נקודות בסוגריים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פרפרזה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לפי מערכה ותמונה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ציטוט מקוצר עם השמטה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לפי עמוד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ותכנון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קטע קצר מיצירה שלמדתם וכתבו אותו כציטוט נכון: מילה במילה, במירכאות, עם מראה מקום ומשפט הסבר אחריו.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תכננו רכיב חזותי אחד (למשל אינפוגרפיקה, ציר זמן או כרטיס דמות) ליצירה שלמדתם: מה יוצג בו ואיזה כיתוב יתלווה אליו.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 כללי זהב חשובים בציטוט מיצירה?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מציינים מראה מקום במחזה לעומת שיר?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צריך להוסיף משפט הסבר אחרי כל ציטוט?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מקורות, ציטוטים ורכיב חזותי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